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363C7" w14:textId="77777777" w:rsidR="00FE6A03" w:rsidRDefault="000E7B16">
      <w:pPr>
        <w:jc w:val="center"/>
      </w:pPr>
      <w:r>
        <w:rPr>
          <w:noProof/>
        </w:rPr>
        <w:drawing>
          <wp:inline distT="0" distB="0" distL="0" distR="0" wp14:anchorId="3C68B01D" wp14:editId="4FFEDC5F">
            <wp:extent cx="5212080" cy="199072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clean_white_background_logo_graphic_design_image.png"/>
                    <pic:cNvPicPr/>
                  </pic:nvPicPr>
                  <pic:blipFill rotWithShape="1">
                    <a:blip r:embed="rId8"/>
                    <a:srcRect t="21107" b="2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7B5B7" w14:textId="77777777" w:rsidR="00FE6A03" w:rsidRDefault="000E7B16">
      <w:pPr>
        <w:jc w:val="center"/>
      </w:pPr>
      <w:r>
        <w:rPr>
          <w:b/>
          <w:color w:val="00428C"/>
          <w:sz w:val="36"/>
        </w:rPr>
        <w:t>TÍTULO DO RELATO DE EXPERIÊNCIA EM METODOLOGIAS ATIVAS</w:t>
      </w:r>
      <w:r>
        <w:rPr>
          <w:b/>
          <w:color w:val="00428C"/>
          <w:sz w:val="36"/>
        </w:rPr>
        <w:br/>
      </w:r>
      <w:r>
        <w:rPr>
          <w:i/>
          <w:color w:val="00AAA0"/>
          <w:sz w:val="24"/>
        </w:rPr>
        <w:t>2º Inova Saúde – Encontro de Metodologias Ativas</w:t>
      </w:r>
    </w:p>
    <w:p w14:paraId="539300F3" w14:textId="77777777" w:rsidR="00FE6A03" w:rsidRDefault="000E7B16">
      <w:pPr>
        <w:jc w:val="center"/>
      </w:pPr>
      <w:r>
        <w:rPr>
          <w:b/>
        </w:rPr>
        <w:t>SOBRENOME, Nome do Autor¹</w:t>
      </w:r>
      <w:r>
        <w:rPr>
          <w:b/>
        </w:rPr>
        <w:br/>
        <w:t>SOBRENOME, Nome do Autor²</w:t>
      </w:r>
      <w:r>
        <w:rPr>
          <w:b/>
        </w:rPr>
        <w:br/>
        <w:t>SOBRENOME, Nome do Autor³</w:t>
      </w:r>
    </w:p>
    <w:p w14:paraId="49985174" w14:textId="77777777" w:rsidR="00FE6A03" w:rsidRDefault="000E7B16">
      <w:pPr>
        <w:jc w:val="center"/>
      </w:pPr>
      <w:r>
        <w:rPr>
          <w:i/>
          <w:sz w:val="20"/>
        </w:rPr>
        <w:t>¹ Titulação/Função – Unidade Etec – e-mail</w:t>
      </w:r>
      <w:r>
        <w:rPr>
          <w:i/>
          <w:sz w:val="20"/>
        </w:rPr>
        <w:br/>
        <w:t>² Titulação/Função – Unidade Etec – e-mail</w:t>
      </w:r>
      <w:r>
        <w:rPr>
          <w:i/>
          <w:sz w:val="20"/>
        </w:rPr>
        <w:br/>
        <w:t>³ Titulação/Função – Unidade Etec – e-mail</w:t>
      </w:r>
    </w:p>
    <w:p w14:paraId="7379AD8C" w14:textId="77777777" w:rsidR="00FE6A03" w:rsidRDefault="000E7B16">
      <w:r>
        <w:rPr>
          <w:b/>
          <w:color w:val="6E37B4"/>
          <w:sz w:val="26"/>
        </w:rPr>
        <w:t>RESUMO</w:t>
      </w:r>
    </w:p>
    <w:p w14:paraId="1E03CEF8" w14:textId="77777777" w:rsidR="00FE6A03" w:rsidRDefault="000E7B16" w:rsidP="000A4428">
      <w:pPr>
        <w:jc w:val="both"/>
      </w:pPr>
      <w:r>
        <w:t>Este relato aborda a aplicação de metodologias ativas no contexto da educação profissional técnica em saúde, destacando estratégias pedagógicas que favoreceram o protagonismo discente, a integração entre teoria e prática e o desenvolvimento de competências profissionais. O texto deve apresentar de forma objetiva o contexto da experiência, a metodologia utilizada, os resultados obtidos e as contribuições da prática para o processo de ensino-aprendizagem.</w:t>
      </w:r>
    </w:p>
    <w:p w14:paraId="1327C45B" w14:textId="77777777" w:rsidR="00FE6A03" w:rsidRDefault="000E7B16" w:rsidP="000A4428">
      <w:pPr>
        <w:jc w:val="both"/>
      </w:pPr>
      <w:r>
        <w:rPr>
          <w:b/>
          <w:color w:val="00AAA0"/>
        </w:rPr>
        <w:t xml:space="preserve">Palavras-chave: </w:t>
      </w:r>
      <w:r>
        <w:rPr>
          <w:i/>
        </w:rPr>
        <w:t>metodologias ativas; educação profissional; saúde; ensino técnico; relato de experiência.</w:t>
      </w:r>
    </w:p>
    <w:p w14:paraId="77A49CBD" w14:textId="77777777" w:rsidR="00FE6A03" w:rsidRDefault="000E7B16" w:rsidP="000A4428">
      <w:pPr>
        <w:jc w:val="both"/>
      </w:pPr>
      <w:r>
        <w:rPr>
          <w:b/>
          <w:color w:val="00428C"/>
          <w:sz w:val="26"/>
        </w:rPr>
        <w:t>INTRODUÇÃO</w:t>
      </w:r>
    </w:p>
    <w:p w14:paraId="011DFC05" w14:textId="77777777" w:rsidR="00FE6A03" w:rsidRDefault="000E7B16" w:rsidP="000A4428">
      <w:pPr>
        <w:jc w:val="both"/>
      </w:pPr>
      <w:r>
        <w:t>Apresentar o contexto institucional e pedagógico da experiência. Descrever a realidade da turma, as necessidades formativas identificadas e a relação da proposta com a formação técnica em saúde. O texto deve contextualizar a importância das metodologias ativas no desenvolvimento da aprendizagem significativa e na aproximação entre teoria e prática.</w:t>
      </w:r>
    </w:p>
    <w:p w14:paraId="7659FAF1" w14:textId="77777777" w:rsidR="00FE6A03" w:rsidRDefault="000E7B16">
      <w:r>
        <w:rPr>
          <w:b/>
          <w:color w:val="00AAA0"/>
          <w:sz w:val="26"/>
        </w:rPr>
        <w:t>METODOLOGIA</w:t>
      </w:r>
    </w:p>
    <w:p w14:paraId="74FCF96B" w14:textId="77777777" w:rsidR="00FE6A03" w:rsidRDefault="000E7B16" w:rsidP="00F063D6">
      <w:pPr>
        <w:jc w:val="both"/>
      </w:pPr>
      <w:r>
        <w:lastRenderedPageBreak/>
        <w:t>Descrever a metodologia ativa utilizada, os participantes envolvidos, o componente curricular, o período de aplicação e as etapas da experiência. É importante detalhar como ocorreu a mediação docente, a participação dos estudantes e os recursos utilizados durante a atividade.</w:t>
      </w:r>
    </w:p>
    <w:p w14:paraId="27F96BA5" w14:textId="77777777" w:rsidR="00FE6A03" w:rsidRDefault="000E7B16" w:rsidP="00F063D6">
      <w:pPr>
        <w:jc w:val="both"/>
      </w:pPr>
      <w:r>
        <w:rPr>
          <w:b/>
          <w:color w:val="6E37B4"/>
          <w:sz w:val="24"/>
        </w:rPr>
        <w:t>2.1 Tipo de relato</w:t>
      </w:r>
    </w:p>
    <w:p w14:paraId="26A35077" w14:textId="77777777" w:rsidR="00FE6A03" w:rsidRDefault="000E7B16" w:rsidP="00F063D6">
      <w:pPr>
        <w:jc w:val="both"/>
      </w:pPr>
      <w:r>
        <w:t>Trata-se de um relato de experiência, de natureza descritiva, sobre a aplicação da metodologia ativa __________________ em contexto de educação profissional técnica na área da saúde.</w:t>
      </w:r>
    </w:p>
    <w:p w14:paraId="6252AF8F" w14:textId="77777777" w:rsidR="00FE6A03" w:rsidRDefault="000E7B16" w:rsidP="00F063D6">
      <w:pPr>
        <w:jc w:val="both"/>
      </w:pPr>
      <w:r>
        <w:rPr>
          <w:b/>
          <w:color w:val="6E37B4"/>
          <w:sz w:val="24"/>
        </w:rPr>
        <w:t>2.2 Participantes</w:t>
      </w:r>
    </w:p>
    <w:p w14:paraId="1925E1FC" w14:textId="77777777" w:rsidR="00FE6A03" w:rsidRDefault="000E7B16" w:rsidP="00F063D6">
      <w:pPr>
        <w:jc w:val="both"/>
      </w:pPr>
      <w:r>
        <w:t>Participaram da experiência ______ estudantes da turma __________________, do curso técnico em __________________, além do(a) professor(a) responsável e, quando pertinente, de outros colaboradores.</w:t>
      </w:r>
    </w:p>
    <w:p w14:paraId="5D5B3CA3" w14:textId="77777777" w:rsidR="00FE6A03" w:rsidRDefault="000E7B16" w:rsidP="00F063D6">
      <w:pPr>
        <w:jc w:val="both"/>
      </w:pPr>
      <w:r>
        <w:rPr>
          <w:b/>
          <w:color w:val="6E37B4"/>
          <w:sz w:val="24"/>
        </w:rPr>
        <w:t>2.3 Etapas da aplicação</w:t>
      </w:r>
    </w:p>
    <w:p w14:paraId="10322CFB" w14:textId="77777777" w:rsidR="00FE6A03" w:rsidRDefault="000E7B16" w:rsidP="00F063D6">
      <w:pPr>
        <w:jc w:val="both"/>
      </w:pPr>
      <w:r>
        <w:t>Descrever passo a passo da experiência: diagnóstico da necessidade da turma, planejamento da atividade, organização dos estudantes, mediação docente, socialização dos resultados e avaliação.</w:t>
      </w:r>
    </w:p>
    <w:p w14:paraId="6FF46502" w14:textId="77777777" w:rsidR="00FE6A03" w:rsidRDefault="000E7B16" w:rsidP="00F063D6">
      <w:pPr>
        <w:jc w:val="both"/>
      </w:pPr>
      <w:r>
        <w:rPr>
          <w:b/>
          <w:color w:val="00428C"/>
          <w:sz w:val="26"/>
        </w:rPr>
        <w:t>RESULTADOS E DISCUSSÃO</w:t>
      </w:r>
    </w:p>
    <w:p w14:paraId="0DD3F70A" w14:textId="77777777" w:rsidR="00FE6A03" w:rsidRDefault="000E7B16" w:rsidP="00F063D6">
      <w:pPr>
        <w:jc w:val="both"/>
      </w:pPr>
      <w:r>
        <w:t>Apresentar os resultados observados a partir da aplicação da proposta pedagógica. Discutir aspectos relacionados ao engajamento dos estudantes, aprendizagem percebida, desenvolvimento de competências, integração teoria-prática e desafios encontrados. Sempre que possível, incluir evidências qualitativas ou quantitativas da experiência.</w:t>
      </w:r>
    </w:p>
    <w:p w14:paraId="17B8F11C" w14:textId="77777777" w:rsidR="00FE6A03" w:rsidRDefault="000E7B16" w:rsidP="00F063D6">
      <w:pPr>
        <w:jc w:val="both"/>
      </w:pPr>
      <w:r>
        <w:rPr>
          <w:b/>
          <w:color w:val="00AAA0"/>
          <w:sz w:val="26"/>
        </w:rPr>
        <w:t>CONSIDERAÇÕES FINAIS</w:t>
      </w:r>
    </w:p>
    <w:p w14:paraId="2D0674AC" w14:textId="1DC6FCBA" w:rsidR="00FE6A03" w:rsidRDefault="007C61F6" w:rsidP="00F063D6">
      <w:pPr>
        <w:jc w:val="both"/>
      </w:pPr>
      <w:r>
        <w:t>S</w:t>
      </w:r>
      <w:r w:rsidR="000E7B16">
        <w:t>intetizar os principais aprendizados proporcionados pela metodologia ativa. Destacar as contribuições da prática para a formação técnica em saúde e apontar possibilidades de continuidade, ampliação ou replicação da experiência.</w:t>
      </w:r>
    </w:p>
    <w:p w14:paraId="6BB6B87B" w14:textId="77777777" w:rsidR="00FE6A03" w:rsidRDefault="000E7B16" w:rsidP="00F063D6">
      <w:pPr>
        <w:jc w:val="both"/>
      </w:pPr>
      <w:r>
        <w:rPr>
          <w:b/>
          <w:color w:val="00428C"/>
          <w:sz w:val="26"/>
        </w:rPr>
        <w:t>REFERÊNCIAS</w:t>
      </w:r>
    </w:p>
    <w:p w14:paraId="5BD04A42" w14:textId="6C1BF702" w:rsidR="00FE6A03" w:rsidRDefault="000E7B16" w:rsidP="00F063D6">
      <w:pPr>
        <w:jc w:val="both"/>
      </w:pPr>
      <w:r>
        <w:t xml:space="preserve">Listar as referências </w:t>
      </w:r>
      <w:r w:rsidR="007C61F6">
        <w:t>se foram utilizadas (não é obrigatório)</w:t>
      </w:r>
      <w:r>
        <w:t>.</w:t>
      </w:r>
    </w:p>
    <w:p w14:paraId="60BD9E51" w14:textId="77777777" w:rsidR="00FE6A03" w:rsidRDefault="000E7B16" w:rsidP="00F063D6">
      <w:pPr>
        <w:jc w:val="both"/>
      </w:pPr>
      <w:r>
        <w:rPr>
          <w:b/>
          <w:color w:val="6E37B4"/>
          <w:sz w:val="26"/>
        </w:rPr>
        <w:t>ANEXOS OPCIONAIS</w:t>
      </w:r>
    </w:p>
    <w:p w14:paraId="656F692F" w14:textId="77777777" w:rsidR="00FE6A03" w:rsidRDefault="000E7B16" w:rsidP="00F063D6">
      <w:pPr>
        <w:pStyle w:val="Commarcadores"/>
        <w:jc w:val="both"/>
      </w:pPr>
      <w:r>
        <w:t>Plano de aula</w:t>
      </w:r>
    </w:p>
    <w:p w14:paraId="7E230F28" w14:textId="77777777" w:rsidR="00FE6A03" w:rsidRDefault="000E7B16" w:rsidP="00F063D6">
      <w:pPr>
        <w:pStyle w:val="Commarcadores"/>
        <w:jc w:val="both"/>
      </w:pPr>
      <w:r>
        <w:t>Roteiro da atividade</w:t>
      </w:r>
    </w:p>
    <w:p w14:paraId="22095EA1" w14:textId="77777777" w:rsidR="00FE6A03" w:rsidRDefault="000E7B16" w:rsidP="00F063D6">
      <w:pPr>
        <w:pStyle w:val="Commarcadores"/>
        <w:jc w:val="both"/>
      </w:pPr>
      <w:r>
        <w:t>Instrumento de avaliação</w:t>
      </w:r>
    </w:p>
    <w:p w14:paraId="5C800BF2" w14:textId="77777777" w:rsidR="00FE6A03" w:rsidRDefault="000E7B16" w:rsidP="00F063D6">
      <w:pPr>
        <w:pStyle w:val="Commarcadores"/>
        <w:jc w:val="both"/>
      </w:pPr>
      <w:r>
        <w:t>Rubricas</w:t>
      </w:r>
    </w:p>
    <w:p w14:paraId="37572B5D" w14:textId="77777777" w:rsidR="00FE6A03" w:rsidRDefault="000E7B16" w:rsidP="00F063D6">
      <w:pPr>
        <w:pStyle w:val="Commarcadores"/>
        <w:jc w:val="both"/>
      </w:pPr>
      <w:r>
        <w:t>Fotos autorizadas e produções dos estudantes</w:t>
      </w:r>
    </w:p>
    <w:p w14:paraId="26277092" w14:textId="77777777" w:rsidR="00FE6A03" w:rsidRDefault="000E7B16" w:rsidP="00F063D6">
      <w:pPr>
        <w:jc w:val="both"/>
      </w:pPr>
      <w:r>
        <w:rPr>
          <w:b/>
          <w:color w:val="6E37B4"/>
          <w:sz w:val="26"/>
        </w:rPr>
        <w:t>ORIENTAÇÕES FINAIS</w:t>
      </w:r>
    </w:p>
    <w:p w14:paraId="52164616" w14:textId="61B681DB" w:rsidR="00FE6A03" w:rsidRDefault="000E7B16" w:rsidP="00F063D6">
      <w:pPr>
        <w:pStyle w:val="Commarcadores"/>
        <w:jc w:val="both"/>
      </w:pPr>
      <w:r>
        <w:t>Escrever em linguagem objetiva, acadêmica e descritiva</w:t>
      </w:r>
      <w:r w:rsidR="008A1814">
        <w:t xml:space="preserve"> (mínimo 3 e máximo </w:t>
      </w:r>
      <w:r w:rsidR="00FB4AA5">
        <w:t>5</w:t>
      </w:r>
      <w:r w:rsidR="008A1814">
        <w:t xml:space="preserve"> páginas sem anexos)</w:t>
      </w:r>
      <w:r>
        <w:t>.</w:t>
      </w:r>
    </w:p>
    <w:p w14:paraId="3B8BAAE9" w14:textId="77777777" w:rsidR="00FE6A03" w:rsidRDefault="000E7B16" w:rsidP="00F063D6">
      <w:pPr>
        <w:pStyle w:val="Commarcadores"/>
        <w:jc w:val="both"/>
      </w:pPr>
      <w:r>
        <w:lastRenderedPageBreak/>
        <w:t>Utilizar verbos no passado para narrar a experiência realizada.</w:t>
      </w:r>
    </w:p>
    <w:p w14:paraId="78287C37" w14:textId="77777777" w:rsidR="00FE6A03" w:rsidRDefault="000E7B16" w:rsidP="00F063D6">
      <w:pPr>
        <w:pStyle w:val="Commarcadores"/>
        <w:jc w:val="both"/>
      </w:pPr>
      <w:r>
        <w:t>Preservar o sigilo e a ética na identificação de estudantes.</w:t>
      </w:r>
    </w:p>
    <w:p w14:paraId="44324670" w14:textId="77777777" w:rsidR="00FE6A03" w:rsidRDefault="000E7B16" w:rsidP="00F063D6">
      <w:pPr>
        <w:pStyle w:val="Commarcadores"/>
        <w:jc w:val="both"/>
      </w:pPr>
      <w:r>
        <w:t>Destacar a relação da prática com o desenvolvimento de competências profissionais.</w:t>
      </w:r>
    </w:p>
    <w:p w14:paraId="57C50549" w14:textId="77777777" w:rsidR="00FE6A03" w:rsidRDefault="000E7B16" w:rsidP="00F063D6">
      <w:pPr>
        <w:pStyle w:val="Commarcadores"/>
        <w:jc w:val="both"/>
      </w:pPr>
      <w:r>
        <w:t>Registrar evidências concretas da aprendizagem.</w:t>
      </w:r>
    </w:p>
    <w:sectPr w:rsidR="00FE6A03" w:rsidSect="00034616">
      <w:footerReference w:type="default" r:id="rId9"/>
      <w:pgSz w:w="12240" w:h="15840"/>
      <w:pgMar w:top="1134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285C4" w14:textId="77777777" w:rsidR="00D75551" w:rsidRDefault="00D75551">
      <w:pPr>
        <w:spacing w:after="0" w:line="240" w:lineRule="auto"/>
      </w:pPr>
      <w:r>
        <w:separator/>
      </w:r>
    </w:p>
  </w:endnote>
  <w:endnote w:type="continuationSeparator" w:id="0">
    <w:p w14:paraId="2476383F" w14:textId="77777777" w:rsidR="00D75551" w:rsidRDefault="00D7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7DB6F" w14:textId="34225305" w:rsidR="00FE6A03" w:rsidRDefault="007B5D49">
    <w:pPr>
      <w:pStyle w:val="Rodap"/>
      <w:jc w:val="center"/>
    </w:pPr>
    <w:r>
      <w:rPr>
        <w:noProof/>
      </w:rPr>
      <w:drawing>
        <wp:inline distT="0" distB="0" distL="0" distR="0" wp14:anchorId="267400A5" wp14:editId="3F201738">
          <wp:extent cx="2163172" cy="444547"/>
          <wp:effectExtent l="0" t="0" r="8890" b="0"/>
          <wp:docPr id="1164709035" name="Imagem 1" descr="Tecnologias Digitais | Ce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nologias Digitais | Ce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175" cy="467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00AAA0"/>
        <w:sz w:val="18"/>
      </w:rPr>
      <w:t xml:space="preserve">        </w:t>
    </w:r>
    <w:r w:rsidR="000E7B16">
      <w:rPr>
        <w:i/>
        <w:color w:val="00AAA0"/>
        <w:sz w:val="18"/>
      </w:rPr>
      <w:t>2º Inova Saúde – Encontro de Metodologias Ativas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FB327" w14:textId="77777777" w:rsidR="00D75551" w:rsidRDefault="00D75551">
      <w:pPr>
        <w:spacing w:after="0" w:line="240" w:lineRule="auto"/>
      </w:pPr>
      <w:r>
        <w:separator/>
      </w:r>
    </w:p>
  </w:footnote>
  <w:footnote w:type="continuationSeparator" w:id="0">
    <w:p w14:paraId="01CFE9A6" w14:textId="77777777" w:rsidR="00D75551" w:rsidRDefault="00D7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8744534">
    <w:abstractNumId w:val="8"/>
  </w:num>
  <w:num w:numId="2" w16cid:durableId="998919600">
    <w:abstractNumId w:val="6"/>
  </w:num>
  <w:num w:numId="3" w16cid:durableId="2087263126">
    <w:abstractNumId w:val="5"/>
  </w:num>
  <w:num w:numId="4" w16cid:durableId="1639645345">
    <w:abstractNumId w:val="4"/>
  </w:num>
  <w:num w:numId="5" w16cid:durableId="1294097873">
    <w:abstractNumId w:val="7"/>
  </w:num>
  <w:num w:numId="6" w16cid:durableId="1317145219">
    <w:abstractNumId w:val="3"/>
  </w:num>
  <w:num w:numId="7" w16cid:durableId="511534704">
    <w:abstractNumId w:val="2"/>
  </w:num>
  <w:num w:numId="8" w16cid:durableId="558899372">
    <w:abstractNumId w:val="1"/>
  </w:num>
  <w:num w:numId="9" w16cid:durableId="1431586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10D8"/>
    <w:rsid w:val="00034616"/>
    <w:rsid w:val="0006063C"/>
    <w:rsid w:val="000A4428"/>
    <w:rsid w:val="000B2E59"/>
    <w:rsid w:val="000E7B16"/>
    <w:rsid w:val="0015074B"/>
    <w:rsid w:val="00244ADD"/>
    <w:rsid w:val="0029639D"/>
    <w:rsid w:val="00326F90"/>
    <w:rsid w:val="0074277D"/>
    <w:rsid w:val="007B5D49"/>
    <w:rsid w:val="007C61F6"/>
    <w:rsid w:val="008A1814"/>
    <w:rsid w:val="00AA1D8D"/>
    <w:rsid w:val="00B47730"/>
    <w:rsid w:val="00CB0664"/>
    <w:rsid w:val="00D75551"/>
    <w:rsid w:val="00F063D6"/>
    <w:rsid w:val="00FB4AA5"/>
    <w:rsid w:val="00FC693F"/>
    <w:rsid w:val="00FD4F92"/>
    <w:rsid w:val="00FE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77C6C7"/>
  <w14:defaultImageDpi w14:val="300"/>
  <w15:docId w15:val="{D04B1006-7B69-4C13-A6AF-4CFD8042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524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3350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Samira Rodrigo Silva Alves</cp:lastModifiedBy>
  <cp:revision>6</cp:revision>
  <dcterms:created xsi:type="dcterms:W3CDTF">2026-05-18T16:14:00Z</dcterms:created>
  <dcterms:modified xsi:type="dcterms:W3CDTF">2026-06-16T11:27:00Z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2026-05-18T16:14:30Z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55644d1a-1b14-479e-a220-fe87cf85ae1f</vt:lpwstr>
  </property>
  <property fmtid="{D5CDD505-2E9C-101B-9397-08002B2CF9AE}" pid="8" name="MSIP_Label_ff380b4d-8a71-4241-982c-3816ad3ce8fc_ContentBits">
    <vt:lpwstr>0</vt:lpwstr>
  </property>
  <property fmtid="{D5CDD505-2E9C-101B-9397-08002B2CF9AE}" pid="9" name="MSIP_Label_ff380b4d-8a71-4241-982c-3816ad3ce8fc_Tag">
    <vt:lpwstr>10, 3, 0, 1</vt:lpwstr>
  </property>
</Properties>
</file>